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החלטה רגשית להחלטה רציונלית בנושא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בצרכנות, זכויות וריבית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דילמה פיננסית מכמה נקודות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מהדילמות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לחץ חברתי (FOMO)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חוויה משותפת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באמת ישתמשו במה שקנו ולא יזרקו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מחייב בית עסק למסור מידע על זכות ביטול עסקה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ניסיון הונאה (פישינג)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שוק אפור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תלוי בהעדפות אישיות ובנסיבות, אין כלל מוחלט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לזמן יש השפעה גדולה על גדילת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תלוש מפסידים זכויות, ביטוח וראיה לתשלום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הסכמה בין מתחרים על מחירים פוגעת בתחרות ואסורה בחוק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אינפלציה שוחקת את ערך הכסף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שוק אפור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דילמה למושג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(החלטה רגשית ולא רציונלית)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(צרכנות נבונה תלויה בשימוש בפועל)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(ביקוש גבוה מול היצע מוגבל)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(פגיעה בזכויות נוער 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(סימן אזהרה להונאה)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הלקוח משלם מראש ועלול להפסיד את הכסף שלא נוצל אם העסק נסגר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תיעוד מונע אי הבנות ומבטיח שכל צד זוכר כמה חייב וכמה שילם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בעדינות שזו שיטה נפוצה שמרמה אנשים רבים, ולהציע לבדוק מול הבנק ישירות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לראות: הצגת שני צדדים, נימוק הגיוני, המלצה מעשית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מצפים לראות: דילמה רלוונטית ומציאותית, שאלה פתוחה המעודדת דיון ללא תשובה אחת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שרגש כמו פחד או לחץ חברתי שונה משיקול מבוסס מידע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מבצעים מטעים, הבטחות תשואה גבוהה, שוק אפור וכד׳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בזכות ריבית דריבית הכסף גדל עם הזמן, ככל שמתחילים מוקדם הסכום הסופי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בקבוצות קטנות לפני כתיבת התשובות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לקושי בכיתות הזקוקות להתאמה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בדילמות, אלא נימוק ואזון בין נקודות מבט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קצרות על כסף וקניות. אין תשובה אחת נכונה. חשוב להסביר למה חושבים ככה.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הרגל לעצור ולחשוב לפני 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גילוי נאות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שמסביר ללקוח את זכויותיו בעסקה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 אפור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מכירה במחיר גבוה ממה שנקבע בגלל ביקוש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שמתווספת גם על הריבית הקודמת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אפשר לקנות בכסף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רשמי שמראה כמה שולם לעובד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 וביקוש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בין כמות המוצר למחיר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 מקוונת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לגנוב כסף או מידע דרך הרשת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 מהדילמות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קנייה כי 'כולם קונים' - איך קוראים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החלטה רציונלית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חברתי (FOMO)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 מתוכנן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השקעה בטוחה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לאושר יותר - חפץ או חוויה?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חפץ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חוויה משותפת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צבירת 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קניית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מבצע כזה באמת משתלם?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דבר שלא צריכים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באמת ישתמשו במה שקנו ולא יזרקו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גבוה מהרגיל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תאריך תפוגה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'גילוי נאות'?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מחייב בית עסק למסור מידע על זכות ביטול עסקה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מבטל את זכות הצרכן לבטל עסקה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נדרש רק בקנייה בחנות פיזית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אינו קשור לקניות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שיחה שמבקשת קוד סודי - מה זה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שירות לקוחות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ניסיון הונאה (פישינג)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אבטחה רשמית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הליך חוקי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למכירה במחיר מנופח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חופשי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מכירה רשמית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חוויה עם חברים עדיפה תמיד על קניית מתנה, בכל 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משמעותית יותר ככל שמתחילים לחסוך מוקדם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'בשחור' בלי תלוש שכר מגינה יותר על הנוער העובד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חברות מתחרות מעלות מחירים יחד, זה עלול להיחשב תיאום אסור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החזקת כסף רב בעו״ש ללא תשואה לאורך שנים שומרת על כוח הקנייה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הרגל לעצור ולחשוב לפני קנייה אימפולסיבית נקרא כלל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מסמך שחנות חייבת למסור ללקוח לגבי זכות ביטול עסקה נקרא __________ נאות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גבוה פי כמה מהמחיר הרשמי עקב ביקוש גבוה להופעה נמכר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ריבית שמתווספת גם על הריבית שכבר נצברה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דילמה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קניית סקינים מתוך פחד לפספס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אזהרה להונאה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 שלוש במחיר שתיים על חטיף שלא אוהבים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פגיעה בזכויות נוער 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מכירת כרטיס במחיר מופקע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החלטה רגשית ולא רציונלית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עבודה בלי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צרכנות נבונה תלויה בשימוש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הבטחת תשואה של 50% בחודש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ביקוש גבוה מול היצע מוגבל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הסיכון בקניית 'כרטיסיית עשר קפות' מראש אם בית הקפה עלול להיסגר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לתעד תשלומים משותפים בין חברים, כמו הזמנת אוכל משותפת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הייתם אומרים לסבתא שקיבלה שיחת הונאה, בלי לבייש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מהדילמות בדף וכתבו פסקה קצרה המציגה שתי נקודות מבט אפשריות ואת ההמלצה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דילמה פיננסית חדשה שיכולה לקרות לבני נוער, וצרפו שאלה למחשבה בסופה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החלטה רגשית להחלטה רציונלית בנושא 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למלכודת צרכנית שכדאי להיזהר ממנה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להתחיל לחסוך מוקדם ככל האפשר?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