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 בין החלטה רגשית להחלטה רציונלית בנושא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בצרכנות, זכויות וריבית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דילמה פיננסית מכמה נקודות 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 מהדילמות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לחץ חברתי (FOMO)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חוויה משותפת עם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תלוי בהעדפות אישיות ובנסיבות, אין כלל מוחלט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לזמן יש השפעה גדולה על גדילת הכסף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דילמה למושג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(החלטה רגשית ולא רציונלית)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(צרכנות נבונה תלויה בשימוש בפועל)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(סימן אזהרה להונאה)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הלקוח משלם מראש ועלול להפסיד את הכסף שלא נוצל אם העסק נסגר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תיעוד מונע אי הבנות ומבטיח שכל צד זוכר כמה חייב וכמה שילם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מצפים לראות: הצגת שני צדדים, נימוק הגיוני, המלצה מעשית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שרגש כמו פחד או לחץ חברתי שונה משיקול מבוסס מידע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סבירה: מבצעים מטעים, הבטחות תשואה גבוהה, שוק אפור וכד׳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בזכות ריבית דריבית הכסף גדל עם הזמן, ככל שמתחילים מוקדם הסכום הסופי גדול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בקבוצות קטנות לפני כתיבת התשובות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לדלג על הפריטים המסומנים לקושי בכיתות הזקוקות להתאמה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אחת נכונה בדילמות, אלא נימוק ואזון בין נקודות מבט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מתרגלים דרך דילמות קצרות נושאים בחינוך פיננסי: קבלת החלטות, צרכנות, זכויות וחיסכון. אין תשובה אחת נכונה - חשוב לנמק ולהקשיב לדעות אחרות.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עצירה  ·  דריבית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 מהדילמות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קנייה מתוך פחד לפספס את מה שכולם קונים נקראת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החלטה רציונלית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לחץ חברתי (FOMO)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חיסכון מתוכנן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מחקרים, מה בדרך כלל תורם יותר לאושר לאורך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קניית חפץ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חוויה משותפת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צבירת כסף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קניית חוויה עם חברים עדיפה תמיד על קניית מתנה, בכל מצב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ריבית דריבית משמעותית יותר ככל שמתחילים לחסוך מוקדם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הרגל לעצור ולחשוב לפני קנייה אימפולסיבית נקרא כלל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ריבית שמתווספת גם על הריבית שכבר נצברה נקראת ריבית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דילמה למושג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קניית סקינים מתוך פחד לפספס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צרכנות נבונה תלויה בשימוש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מבצע שלוש במחיר שתיים על חטיף שלא אוהבים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סימן אזהרה להונאה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הבטחת תשואה של 50% בחודש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החלטה רגשית ולא רציונלית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 הסיכון בקניית 'כרטיסיית עשר קפות' מראש אם בית הקפה עלול להיסגר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חשוב לתעד תשלומים משותפים בין חברים, כמו הזמנת אוכל משותפת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מהדילמות בדף וכתבו פסקה קצרה המציגה שתי נקודות מבט אפשריות ואת ההמלצה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החלטה רגשית להחלטה רציונלית בנושא כסף?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למלכודת צרכנית שכדאי להיזהר ממנה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דילמות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